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" cy="5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 w:before="40"/>
        <w:jc w:val="center"/>
        <w:pBdr>
          <w:bottom w:val="single" w:sz="8" w:space="4" w:color="252d28"/>
        </w:pBdr>
      </w:pPr>
      <w:r>
        <w:rPr>
          <w:rFonts w:ascii="Times New Roman" w:hAnsi="Times New Roman"/>
          <w:b/>
          <w:color w:val="252D28"/>
          <w:sz w:val="36"/>
        </w:rPr>
        <w:t>OFERTA PRZETARGOWA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44"/>
        <w:gridCol w:w="4844"/>
      </w:tblGrid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ZAMAWIAJĄCY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Zakład Gospodarki Komunalnej DEMO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NR POSTĘPOWANIA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ZP/12/2026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PRZEDMIOT ZAMÓWIENIA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Dostawa i wdrożenie rozwiązań cyberbezpieczeństwa IT/OT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WYKONAWCA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Przykładowa Firma Demonstracyjna Sp. z o.o.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NIP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000-000-00-00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DATA SPORZĄDZENIA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07.10.2026</w:t>
            </w:r>
          </w:p>
        </w:tc>
      </w:tr>
    </w:tbl>
    <w:p/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Podsumowanie</w:t>
      </w:r>
    </w:p>
    <w:p>
      <w:pPr>
        <w:spacing w:before="40" w:after="60"/>
      </w:pPr>
      <w:r>
        <w:rPr>
          <w:rFonts w:ascii="Times New Roman" w:hAnsi="Times New Roman"/>
          <w:sz w:val="20"/>
        </w:rPr>
        <w:t>Dokument przygotowany na danych DEMONSTRACYJNYCH (firma fikcyjna).</w:t>
      </w:r>
    </w:p>
    <w:p>
      <w:pPr>
        <w:pStyle w:val="ListBullet"/>
        <w:spacing w:before="20" w:after="20"/>
      </w:pPr>
      <w:r>
        <w:rPr>
          <w:rFonts w:ascii="Times New Roman" w:hAnsi="Times New Roman"/>
          <w:sz w:val="20"/>
        </w:rPr>
        <w:t>Przedmiot: dostawa i wdrożenie rozwiązań cyberbezpieczeństwa IT/OT</w:t>
      </w:r>
    </w:p>
    <w:p>
      <w:pPr>
        <w:pStyle w:val="ListBullet"/>
        <w:spacing w:before="20" w:after="20"/>
      </w:pPr>
      <w:r>
        <w:rPr>
          <w:rFonts w:ascii="Times New Roman" w:hAnsi="Times New Roman"/>
          <w:sz w:val="20"/>
        </w:rPr>
        <w:t>Gwarancja: 24 miesiące (zgodnie z SWZ 18.2)</w:t>
      </w:r>
    </w:p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Zakres</w:t>
      </w:r>
    </w:p>
    <w:p>
      <w:pPr>
        <w:spacing w:before="40" w:after="60"/>
      </w:pPr>
      <w:r>
        <w:rPr>
          <w:rFonts w:ascii="Times New Roman" w:hAnsi="Times New Roman"/>
          <w:sz w:val="20"/>
        </w:rPr>
        <w:t>Wdrożenie, konfiguracja i wsparcie serwisowe przez 24 miesiące.</w:t>
      </w:r>
    </w:p>
    <w:p>
      <w:r>
        <w:br w:type="page"/>
      </w:r>
    </w:p>
    <w:p>
      <w:pPr>
        <w:spacing w:after="280" w:before="40"/>
        <w:jc w:val="center"/>
        <w:pBdr>
          <w:bottom w:val="single" w:sz="8" w:space="4" w:color="252d28"/>
        </w:pBdr>
      </w:pPr>
      <w:r>
        <w:rPr>
          <w:rFonts w:ascii="Times New Roman" w:hAnsi="Times New Roman"/>
          <w:b/>
          <w:color w:val="252D28"/>
          <w:sz w:val="36"/>
        </w:rPr>
        <w:t>FORMULARZ OFERTOWY</w:t>
      </w:r>
    </w:p>
    <w:p>
      <w:r>
        <w:rPr>
          <w:b/>
        </w:rPr>
        <w:t>Do:</w:t>
      </w:r>
    </w:p>
    <w:p>
      <w:r>
        <w:rPr>
          <w:rFonts w:ascii="Times New Roman" w:hAnsi="Times New Roman"/>
        </w:rPr>
        <w:t>Zakład Gospodarki Komunalnej DEMO</w:t>
      </w:r>
    </w:p>
    <w:p/>
    <w:p>
      <w:r>
        <w:rPr>
          <w:b/>
        </w:rPr>
        <w:t>Działając w imieniu i na rzecz Wykonawcy: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44"/>
        <w:gridCol w:w="4844"/>
      </w:tblGrid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NAZWA FIRMY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Przykładowa Firma Demonstracyjna Sp. z o.o.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ADRES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ul. Przykładowa 1, 00-000 Miasto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NIP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000-000-00-00</w:t>
            </w:r>
          </w:p>
        </w:tc>
      </w:tr>
    </w:tbl>
    <w:p/>
    <w:p>
      <w:r>
        <w:t>Przystępując do postępowania o udzielenie zamówienia publicznego pn.:</w:t>
      </w:r>
    </w:p>
    <w:p>
      <w:r>
        <w:rPr>
          <w:rFonts w:ascii="Times New Roman" w:hAnsi="Times New Roman"/>
          <w:b/>
          <w:sz w:val="22"/>
        </w:rPr>
        <w:t>„Dostawa i wdrożenie rozwiązań cyberbezpieczeństwa IT/OT"</w:t>
      </w:r>
    </w:p>
    <w:p/>
    <w:p>
      <w:r>
        <w:t>oferuję wykonanie przedmiotu zamówienia za cenę: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30"/>
        <w:gridCol w:w="3230"/>
        <w:gridCol w:w="3230"/>
      </w:tblGrid>
      <w:tr>
        <w:tc>
          <w:tcPr>
            <w:tcW w:type="dxa" w:w="3230"/>
            <w:tcBorders>
              <w:bottom w:val="single" w:sz="6" w:space="0" w:color="245b47"/>
            </w:tcBorders>
          </w:tcPr>
          <w:p>
            <w:r>
              <w:rPr>
                <w:rFonts w:ascii="Times New Roman" w:hAnsi="Times New Roman"/>
                <w:b w:val="0"/>
                <w:color w:val="8D8D8D"/>
                <w:sz w:val="15"/>
              </w:rPr>
              <w:t>PRZEDMIOT ZAMÓWIENIA</w:t>
            </w:r>
          </w:p>
        </w:tc>
        <w:tc>
          <w:tcPr>
            <w:tcW w:type="dxa" w:w="3230"/>
            <w:tcBorders>
              <w:bottom w:val="single" w:sz="6" w:space="0" w:color="245b47"/>
            </w:tcBorders>
          </w:tcPr>
          <w:p>
            <w:r>
              <w:rPr>
                <w:rFonts w:ascii="Times New Roman" w:hAnsi="Times New Roman"/>
                <w:b w:val="0"/>
                <w:color w:val="8D8D8D"/>
                <w:sz w:val="15"/>
              </w:rPr>
              <w:t>CENA NETTO (PLN)</w:t>
            </w:r>
          </w:p>
        </w:tc>
        <w:tc>
          <w:tcPr>
            <w:tcW w:type="dxa" w:w="3230"/>
            <w:tcBorders>
              <w:bottom w:val="single" w:sz="6" w:space="0" w:color="245b47"/>
            </w:tcBorders>
          </w:tcPr>
          <w:p>
            <w:r>
              <w:rPr>
                <w:rFonts w:ascii="Times New Roman" w:hAnsi="Times New Roman"/>
                <w:b w:val="0"/>
                <w:color w:val="8D8D8D"/>
                <w:sz w:val="15"/>
              </w:rPr>
              <w:t>CENA BRUTTO (PLN)</w:t>
            </w:r>
          </w:p>
        </w:tc>
      </w:tr>
      <w:tr>
        <w:tc>
          <w:tcPr>
            <w:tcW w:type="dxa" w:w="3230"/>
          </w:tcPr>
          <w:p>
            <w:r>
              <w:rPr>
                <w:rFonts w:ascii="Times New Roman" w:hAnsi="Times New Roman"/>
              </w:rPr>
              <w:t>Dostawa i wdrożenie rozwiązań cyberbezpieczeństwa IT/OT</w:t>
            </w:r>
          </w:p>
        </w:tc>
        <w:tc>
          <w:tcPr>
            <w:tcW w:type="dxa" w:w="3230"/>
          </w:tcPr>
          <w:p>
            <w:r>
              <w:rPr>
                <w:rFonts w:ascii="Times New Roman" w:hAnsi="Times New Roman"/>
              </w:rPr>
              <w:t>100 000,00</w:t>
            </w:r>
          </w:p>
        </w:tc>
        <w:tc>
          <w:tcPr>
            <w:tcW w:type="dxa" w:w="3230"/>
          </w:tcPr>
          <w:p>
            <w:r>
              <w:rPr>
                <w:rFonts w:ascii="Times New Roman" w:hAnsi="Times New Roman"/>
                <w:b/>
                <w:color w:val="245B47"/>
              </w:rPr>
              <w:t>123 000</w:t>
            </w:r>
          </w:p>
        </w:tc>
      </w:tr>
    </w:tbl>
    <w:p/>
    <w:p>
      <w:r>
        <w:rPr>
          <w:rFonts w:ascii="Times New Roman" w:hAnsi="Times New Roman"/>
        </w:rPr>
        <w:t>Słownie: ..............................</w:t>
      </w:r>
    </w:p>
    <w:p/>
    <w:p>
      <w:r>
        <w:rPr>
          <w:b/>
        </w:rPr>
        <w:t>Oświadczam, że:</w:t>
      </w:r>
    </w:p>
    <w:p>
      <w:pPr>
        <w:pStyle w:val="ListBullet"/>
      </w:pPr>
      <w:r>
        <w:rPr>
          <w:rFonts w:ascii="Times New Roman" w:hAnsi="Times New Roman"/>
        </w:rPr>
        <w:t>Zapoznałem się z treścią SWZ i nie wnoszę do niej zastrzeżeń.</w:t>
      </w:r>
    </w:p>
    <w:p>
      <w:pPr>
        <w:pStyle w:val="ListBullet"/>
      </w:pPr>
      <w:r>
        <w:rPr>
          <w:rFonts w:ascii="Times New Roman" w:hAnsi="Times New Roman"/>
        </w:rPr>
        <w:t>Zobowiązuję się do wykonania zamówienia w terminie: 30 dni kalendarzowych od dnia zawarcia umowy.</w:t>
      </w:r>
    </w:p>
    <w:p>
      <w:pPr>
        <w:pStyle w:val="ListBullet"/>
      </w:pPr>
      <w:r>
        <w:rPr>
          <w:rFonts w:ascii="Times New Roman" w:hAnsi="Times New Roman"/>
        </w:rPr>
        <w:t>Udzielam gwarancji jakości na okres: 24 miesięcy od dnia odbioru końcowego.</w:t>
      </w:r>
    </w:p>
    <w:p>
      <w:pPr>
        <w:pStyle w:val="ListBullet"/>
      </w:pPr>
      <w:r>
        <w:rPr>
          <w:rFonts w:ascii="Times New Roman" w:hAnsi="Times New Roman"/>
        </w:rPr>
        <w:t>Spełniam warunki udziału w postępowaniu określone przez Zamawiającego w SWZ.</w:t>
      </w:r>
    </w:p>
    <w:p>
      <w:pPr>
        <w:pStyle w:val="ListBullet"/>
      </w:pPr>
      <w:r>
        <w:rPr>
          <w:rFonts w:ascii="Times New Roman" w:hAnsi="Times New Roman"/>
        </w:rPr>
        <w:t>Nie podlegam wykluczeniu z postępowania na podstawie art. 108 ust. 1 oraz art. 109 ustawy Pzp z dnia 11 września 2019 r.</w:t>
      </w:r>
    </w:p>
    <w:p>
      <w:pPr>
        <w:pStyle w:val="ListBullet"/>
      </w:pPr>
      <w:r>
        <w:rPr>
          <w:rFonts w:ascii="Times New Roman" w:hAnsi="Times New Roman"/>
        </w:rPr>
        <w:t>Akceptuję wzór umowy stanowiący załącznik do SWZ i zobowiązuję się do zawarcia umowy na warunkach w niej określonych.</w:t>
      </w:r>
    </w:p>
    <w:p>
      <w:pPr>
        <w:pStyle w:val="ListBullet"/>
      </w:pPr>
      <w:r>
        <w:rPr>
          <w:rFonts w:ascii="Times New Roman" w:hAnsi="Times New Roman"/>
        </w:rPr>
        <w:t>Uważam się za związanego niniejszą ofertą przez okres wskazany w SWZ.</w:t>
      </w:r>
    </w:p>
    <w:p/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WYKAZ ZAŁĄCZNIKÓW DO OFERTY</w:t>
      </w:r>
    </w:p>
    <w:p>
      <w:r>
        <w:rPr>
          <w:rFonts w:ascii="Times New Roman" w:hAnsi="Times New Roman"/>
          <w:color w:val="6B746E"/>
          <w:sz w:val="18"/>
        </w:rPr>
        <w:t>Integralną częścią oferty są następujące dokumenty: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1.  ............................................................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2.  ............................................................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3.  ............................................................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4.  ............................................................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5.  ............................................................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6.  ............................................................</w:t>
      </w:r>
    </w:p>
    <w:p>
      <w:pPr>
        <w:spacing w:after="80"/>
      </w:pPr>
      <w:r>
        <w:rPr>
          <w:rFonts w:ascii="Times New Roman" w:hAnsi="Times New Roman"/>
          <w:color w:val="A0A0A0"/>
          <w:sz w:val="20"/>
        </w:rPr>
        <w:t>7.  ............................................................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rPr>
                <w:rFonts w:ascii="Times New Roman" w:hAnsi="Times New Roman"/>
              </w:rPr>
              <w:t>ul. Przykładowa 1, 00-000 Miasto, dnia 07.10.2026</w:t>
            </w:r>
          </w:p>
        </w:tc>
        <w:tc>
          <w:tcPr>
            <w:tcW w:type="dxa" w:w="4844"/>
          </w:tcPr>
          <w:p>
            <w:r>
              <w:rPr>
                <w:rFonts w:ascii="Times New Roman" w:hAnsi="Times New Roman"/>
              </w:rPr>
              <w:br/>
              <w:br/>
              <w:br/>
              <w:t>..............................................</w:t>
              <w:br/>
              <w:t>Podpis i pieczęć osoby/osób</w:t>
              <w:br/>
              <w:t>upoważnionych do reprezentacji Wykonawcy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6B746E"/>
        <w:sz w:val="16"/>
      </w:rPr>
      <w:t xml:space="preserve">Dokument wygenerowany przez Tender AI (tender-ai.eu) · 07.10.2026  ·  Strona </w:t>
    </w:r>
    <w:r>
      <w:rPr>
        <w:rFonts w:ascii="Times New Roman" w:hAnsi="Times New Roman"/>
        <w:color w:val="6B746E"/>
        <w:sz w:val="16"/>
      </w:rPr>
      <w:fldChar w:fldCharType="begin"/>
      <w:instrText xml:space="preserve"> PAGE </w:instrText>
      <w:fldChar w:fldCharType="end"/>
    </w:r>
    <w:r>
      <w:rPr>
        <w:rFonts w:ascii="Times New Roman" w:hAnsi="Times New Roman"/>
        <w:color w:val="6B746E"/>
        <w:sz w:val="16"/>
      </w:rPr>
      <w:t xml:space="preserve"> z </w:t>
    </w:r>
    <w:r>
      <w:rPr>
        <w:rFonts w:ascii="Times New Roman" w:hAnsi="Times New Roman"/>
        <w:color w:val="6B746E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/>
        <w:color w:val="6B746E"/>
        <w:sz w:val="16"/>
      </w:rPr>
      <w:t>Przykładowa Firma Demonstracyjna Sp. z o.o.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