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drawing>
          <wp:inline xmlns:a="http://schemas.openxmlformats.org/drawingml/2006/main" xmlns:pic="http://schemas.openxmlformats.org/drawingml/2006/picture">
            <wp:extent cx="540000" cy="54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" cy="54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80" w:before="40"/>
        <w:jc w:val="center"/>
        <w:pBdr>
          <w:bottom w:val="single" w:sz="8" w:space="4" w:color="252d28"/>
        </w:pBdr>
      </w:pPr>
      <w:r>
        <w:rPr>
          <w:rFonts w:ascii="Times New Roman" w:hAnsi="Times New Roman"/>
          <w:b/>
          <w:color w:val="252D28"/>
          <w:sz w:val="36"/>
        </w:rPr>
        <w:t>RAPORT WALIDACJI SWZ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44"/>
        <w:gridCol w:w="4844"/>
      </w:tblGrid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ZAMAWIAJĄCY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Zakład Gospodarki Komunalnej DEMO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NR POSTĘPOWANIA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ZP/12/2026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PRZEDMIOT ZAMÓWIENIA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Oświadczenie art. 125 ust. 1 Pzp — DEMO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WYKONAWCA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Przykładowa Firma Demonstracyjna Sp. z o.o.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NIP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000-000-00-00</w:t>
            </w:r>
          </w:p>
        </w:tc>
      </w:tr>
      <w:tr>
        <w:tc>
          <w:tcPr>
            <w:tcW w:type="dxa" w:w="2551"/>
          </w:tcPr>
          <w:p>
            <w:pPr>
              <w:spacing w:after="120" w:before="0"/>
            </w:pPr>
            <w:r>
              <w:rPr>
                <w:rFonts w:ascii="Times New Roman" w:hAnsi="Times New Roman"/>
                <w:b w:val="0"/>
                <w:color w:val="8D8D8D"/>
                <w:sz w:val="15"/>
              </w:rPr>
              <w:t>DATA SPORZĄDZENIA</w:t>
            </w:r>
          </w:p>
        </w:tc>
        <w:tc>
          <w:tcPr>
            <w:tcW w:type="dxa" w:w="6520"/>
          </w:tcPr>
          <w:p>
            <w:pPr>
              <w:spacing w:after="120" w:before="0"/>
            </w:pPr>
            <w:r>
              <w:rPr>
                <w:rFonts w:ascii="Times New Roman" w:hAnsi="Times New Roman"/>
                <w:color w:val="252D28"/>
                <w:sz w:val="20"/>
              </w:rPr>
              <w:t>07.10.2026</w:t>
            </w:r>
          </w:p>
        </w:tc>
      </w:tr>
    </w:tbl>
    <w:p/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OŚWIADCZENIE WYKONAWCY</w:t>
      </w:r>
    </w:p>
    <w:p>
      <w:pPr>
        <w:spacing w:before="40" w:after="60"/>
      </w:pPr>
      <w:r>
        <w:rPr>
          <w:rFonts w:ascii="Times New Roman" w:hAnsi="Times New Roman"/>
          <w:sz w:val="20"/>
        </w:rPr>
        <w:t>składane na podstawie art. 125 ust. 1 ustawy Prawo zamówień publicznych (dołączane do oferty)</w:t>
      </w:r>
    </w:p>
    <w:p>
      <w:pPr>
        <w:spacing w:before="40" w:after="60"/>
      </w:pPr>
      <w:r>
        <w:rPr>
          <w:rFonts w:ascii="Times New Roman" w:hAnsi="Times New Roman"/>
          <w:sz w:val="20"/>
        </w:rPr>
        <w:t>Wykonawca: Przykładowa Firma Demonstracyjna Sp. z o.o., NIP: 000-000-00-00.</w:t>
      </w:r>
    </w:p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Niepodleganie wykluczeniu</w:t>
      </w:r>
    </w:p>
    <w:p>
      <w:pPr>
        <w:spacing w:before="40" w:after="60"/>
      </w:pPr>
      <w:r>
        <w:rPr>
          <w:rFonts w:ascii="Times New Roman" w:hAnsi="Times New Roman"/>
          <w:sz w:val="20"/>
        </w:rPr>
        <w:t>Oświadczam, że nie podlegam wykluczeniu z postępowania na podstawie art. 108 ust. 1 oraz art. 109 ust. 1 ustawy Pzp.</w:t>
      </w:r>
    </w:p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Spełnianie warunków udziału</w:t>
      </w:r>
    </w:p>
    <w:p>
      <w:pPr>
        <w:spacing w:before="40" w:after="60"/>
      </w:pPr>
      <w:r>
        <w:rPr>
          <w:rFonts w:ascii="Times New Roman" w:hAnsi="Times New Roman"/>
          <w:sz w:val="20"/>
        </w:rPr>
        <w:t>Oświadczam, że spełniam warunki udziału w postępowaniu określone przez Zamawiającego.</w:t>
      </w:r>
    </w:p>
    <w:p>
      <w:pPr>
        <w:keepNext/>
        <w:spacing w:before="320" w:after="60"/>
      </w:pPr>
      <w:r>
        <w:rPr>
          <w:rFonts w:ascii="Times New Roman" w:hAnsi="Times New Roman"/>
          <w:b/>
          <w:color w:val="245B47"/>
          <w:sz w:val="22"/>
        </w:rPr>
        <w:t>Podpis</w:t>
      </w:r>
    </w:p>
    <w:p>
      <w:pPr>
        <w:spacing w:before="40" w:after="60"/>
      </w:pPr>
      <w:r>
        <w:rPr>
          <w:rFonts w:ascii="Times New Roman" w:hAnsi="Times New Roman"/>
          <w:sz w:val="20"/>
        </w:rPr>
        <w:t>Osoba upoważniona: .......... Data: .......... Podpis: ..........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17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color w:val="6B746E"/>
        <w:sz w:val="16"/>
      </w:rPr>
      <w:t xml:space="preserve">Dokument wygenerowany przez Tender AI (tender-ai.eu) · 07.10.2026  ·  Strona </w:t>
    </w:r>
    <w:r>
      <w:rPr>
        <w:rFonts w:ascii="Times New Roman" w:hAnsi="Times New Roman"/>
        <w:color w:val="6B746E"/>
        <w:sz w:val="16"/>
      </w:rPr>
      <w:fldChar w:fldCharType="begin"/>
      <w:instrText xml:space="preserve"> PAGE </w:instrText>
      <w:fldChar w:fldCharType="end"/>
    </w:r>
    <w:r>
      <w:rPr>
        <w:rFonts w:ascii="Times New Roman" w:hAnsi="Times New Roman"/>
        <w:color w:val="6B746E"/>
        <w:sz w:val="16"/>
      </w:rPr>
      <w:t xml:space="preserve"> z </w:t>
    </w:r>
    <w:r>
      <w:rPr>
        <w:rFonts w:ascii="Times New Roman" w:hAnsi="Times New Roman"/>
        <w:color w:val="6B746E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/>
        <w:color w:val="6B746E"/>
        <w:sz w:val="16"/>
      </w:rPr>
      <w:t>Przykładowa Firma Demonstracyjna Sp. z o.o.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